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40"/>
        </w:rPr>
        <w:t>Bridge the Gap — Transcript</w:t>
      </w:r>
    </w:p>
    <w:p>
      <w:pPr>
        <w:jc w:val="center"/>
      </w:pPr>
      <w:r>
        <w:rPr>
          <w:rFonts w:ascii="Times New Roman" w:hAnsi="Times New Roman"/>
          <w:i/>
          <w:sz w:val="22"/>
        </w:rPr>
        <w:t>Kee Lee · TEDxWangjiangSt 2026</w:t>
      </w:r>
    </w:p>
    <w:p/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[00:00:03.380 --&gt; 00:00:12.300]  </w:t>
      </w:r>
      <w:r>
        <w:rPr>
          <w:rFonts w:ascii="Times New Roman" w:hAnsi="Times New Roman"/>
          <w:sz w:val="20"/>
        </w:rPr>
        <w:t>Hi, I am Kee. Before I became a teacher, I worked as an interpreter, serving high-profile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[00:00:12.300 --&gt; 00:00:19.000]  </w:t>
      </w:r>
      <w:r>
        <w:rPr>
          <w:rFonts w:ascii="Times New Roman" w:hAnsi="Times New Roman"/>
          <w:sz w:val="20"/>
        </w:rPr>
        <w:t>clients including the Backstreet Boys. I was also an event planner, hosting hundreds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[00:00:19.000 --&gt; 00:00:27.960]  </w:t>
      </w:r>
      <w:r>
        <w:rPr>
          <w:rFonts w:ascii="Times New Roman" w:hAnsi="Times New Roman"/>
          <w:sz w:val="20"/>
        </w:rPr>
        <w:t>of parties for English learners across Chengdu. Over the years, I worked my way up to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[00:00:27.960 --&gt; 00:00:36.440]  </w:t>
      </w:r>
      <w:r>
        <w:rPr>
          <w:rFonts w:ascii="Times New Roman" w:hAnsi="Times New Roman"/>
          <w:sz w:val="20"/>
        </w:rPr>
        <w:t>become an expert in English teacher, as well as an EdTech solopreneur, which is really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[00:00:36.440 --&gt; 00:00:43.640]  </w:t>
      </w:r>
      <w:r>
        <w:rPr>
          <w:rFonts w:ascii="Times New Roman" w:hAnsi="Times New Roman"/>
          <w:sz w:val="20"/>
        </w:rPr>
        <w:t>just a fancy word for a one-person company. So I worked for this AI native dictionary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[00:00:43.640 --&gt; 00:00:50.140]  </w:t>
      </w:r>
      <w:r>
        <w:rPr>
          <w:rFonts w:ascii="Times New Roman" w:hAnsi="Times New Roman"/>
          <w:sz w:val="20"/>
        </w:rPr>
        <w:t>service called DynaSaurus, which actually I've read codehead by myself. So I've spent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[00:00:50.140 --&gt; 00:00:57.480]  </w:t>
      </w:r>
      <w:r>
        <w:rPr>
          <w:rFonts w:ascii="Times New Roman" w:hAnsi="Times New Roman"/>
          <w:sz w:val="20"/>
        </w:rPr>
        <w:t>years mastering the mechanics of language, but not too long ago, I found myself standing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[00:00:57.480 --&gt; 00:01:06.100]  </w:t>
      </w:r>
      <w:r>
        <w:rPr>
          <w:rFonts w:ascii="Times New Roman" w:hAnsi="Times New Roman"/>
          <w:sz w:val="20"/>
        </w:rPr>
        <w:t>in a crowded language training classroom right here in Chengdu. The Air Conditioner was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[00:01:06.100 --&gt; 00:01:13.600]  </w:t>
      </w:r>
      <w:r>
        <w:rPr>
          <w:rFonts w:ascii="Times New Roman" w:hAnsi="Times New Roman"/>
          <w:sz w:val="20"/>
        </w:rPr>
        <w:t>humming. The fluorescent lights were buzzing, casting this dull, sterile glow over everything,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[00:01:14.540 --&gt; 00:01:22.400]  </w:t>
      </w:r>
      <w:r>
        <w:rPr>
          <w:rFonts w:ascii="Times New Roman" w:hAnsi="Times New Roman"/>
          <w:sz w:val="20"/>
        </w:rPr>
        <w:t>and I was actually quite exhausted. I was looking out at a sea of students who were desperately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[00:01:22.400 --&gt; 00:01:29.500]  </w:t>
      </w:r>
      <w:r>
        <w:rPr>
          <w:rFonts w:ascii="Times New Roman" w:hAnsi="Times New Roman"/>
          <w:sz w:val="20"/>
        </w:rPr>
        <w:t>trying to memorize vocabulary lists, and grammar rules just to pass them standardized tests,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[00:01:30.220 --&gt; 00:01:36.920]  </w:t>
      </w:r>
      <w:r>
        <w:rPr>
          <w:rFonts w:ascii="Times New Roman" w:hAnsi="Times New Roman"/>
          <w:sz w:val="20"/>
        </w:rPr>
        <w:t>they were stressed out, and I was burned out. We were all trapped in what I call the information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[00:01:36.920 --&gt; 00:01:46.920]  </w:t>
      </w:r>
      <w:r>
        <w:rPr>
          <w:rFonts w:ascii="Times New Roman" w:hAnsi="Times New Roman"/>
          <w:sz w:val="20"/>
        </w:rPr>
        <w:t>cocoon. And in this cocoon, the dynamic is simple, but deeply flawed. The student is a passive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[00:01:46.920 --&gt; 00:01:56.300]  </w:t>
      </w:r>
      <w:r>
        <w:rPr>
          <w:rFonts w:ascii="Times New Roman" w:hAnsi="Times New Roman"/>
          <w:sz w:val="20"/>
        </w:rPr>
        <w:t>consumer, and the teacher, me, is an ultimate bottleneck of knowledge. My job was to stand at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[00:01:56.300 --&gt; 00:02:03.660]  </w:t>
      </w:r>
      <w:r>
        <w:rPr>
          <w:rFonts w:ascii="Times New Roman" w:hAnsi="Times New Roman"/>
          <w:sz w:val="20"/>
        </w:rPr>
        <w:t>the front of the room, memorize the textbook, and then the last name, after that, pull that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[00:02:03.660 --&gt; 00:02:11.220]  </w:t>
      </w:r>
      <w:r>
        <w:rPr>
          <w:rFonts w:ascii="Times New Roman" w:hAnsi="Times New Roman"/>
          <w:sz w:val="20"/>
        </w:rPr>
        <w:t>data into my students' hands. So in the past, the information gap was incredibly difficult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[00:02:11.220 --&gt; 00:02:19.060]  </w:t>
      </w:r>
      <w:r>
        <w:rPr>
          <w:rFonts w:ascii="Times New Roman" w:hAnsi="Times New Roman"/>
          <w:sz w:val="20"/>
        </w:rPr>
        <w:t>to fail, which is why that system worked for centuries. But today, we are drowning in data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[00:02:19.700 --&gt; 00:02:30.820]  </w:t>
      </w:r>
      <w:r>
        <w:rPr>
          <w:rFonts w:ascii="Times New Roman" w:hAnsi="Times New Roman"/>
          <w:sz w:val="20"/>
        </w:rPr>
        <w:t>and yet we are starving for actual understanding. And then, the paradigm shifted, artificial intelligence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[00:02:30.820 --&gt; 00:02:39.120]  </w:t>
      </w:r>
      <w:r>
        <w:rPr>
          <w:rFonts w:ascii="Times New Roman" w:hAnsi="Times New Roman"/>
          <w:sz w:val="20"/>
        </w:rPr>
        <w:t>arrived, tools like Gemini, hit the mainstream, and suddenly, the entire education industry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[00:02:39.120 --&gt; 00:02:47.800]  </w:t>
      </w:r>
      <w:r>
        <w:rPr>
          <w:rFonts w:ascii="Times New Roman" w:hAnsi="Times New Roman"/>
          <w:sz w:val="20"/>
        </w:rPr>
        <w:t>actually panicked. School managers were terrified of cheating, teachers were terrified of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[00:02:47.800 --&gt; 00:02:56.460]  </w:t>
      </w:r>
      <w:r>
        <w:rPr>
          <w:rFonts w:ascii="Times New Roman" w:hAnsi="Times New Roman"/>
          <w:sz w:val="20"/>
        </w:rPr>
        <w:t>obsolescence. And honestly, for brief moment, I was terrified too. Here comes a machine that could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[00:02:56.460 --&gt; 00:03:05.060]  </w:t>
      </w:r>
      <w:r>
        <w:rPr>
          <w:rFonts w:ascii="Times New Roman" w:hAnsi="Times New Roman"/>
          <w:sz w:val="20"/>
        </w:rPr>
        <w:t>generate essays, solve complex equations, and translate languages in milliseconds. It was a faster,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[00:03:05.060 --&gt; 00:03:15.140]  </w:t>
      </w:r>
      <w:r>
        <w:rPr>
          <w:rFonts w:ascii="Times New Roman" w:hAnsi="Times New Roman"/>
          <w:sz w:val="20"/>
        </w:rPr>
        <w:t>smarter, infinitely more patient content provider. If an AI could do all of that, then what was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[00:03:15.140 --&gt; 00:03:24.120]  </w:t>
      </w:r>
      <w:r>
        <w:rPr>
          <w:rFonts w:ascii="Times New Roman" w:hAnsi="Times New Roman"/>
          <w:sz w:val="20"/>
        </w:rPr>
        <w:t>my purpose? Why was I standing at the front of the room? But that fear quickly turned into an epiphany.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[00:03:24.840 --&gt; 00:03:30.980]  </w:t>
      </w:r>
      <w:r>
        <w:rPr>
          <w:rFonts w:ascii="Times New Roman" w:hAnsi="Times New Roman"/>
          <w:sz w:val="20"/>
        </w:rPr>
        <w:t>This realization gives me the courage to leave the traditional institutional system entirely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[00:03:30.980 --&gt; 00:03:39.000]  </w:t>
      </w:r>
      <w:r>
        <w:rPr>
          <w:rFonts w:ascii="Times New Roman" w:hAnsi="Times New Roman"/>
          <w:sz w:val="20"/>
        </w:rPr>
        <w:t>and build my own AI powered courseware. But I quickly realized that simply giving people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[00:03:39.000 --&gt; 00:03:47.020]  </w:t>
      </w:r>
      <w:r>
        <w:rPr>
          <w:rFonts w:ascii="Times New Roman" w:hAnsi="Times New Roman"/>
          <w:sz w:val="20"/>
        </w:rPr>
        <w:t>AI tools wasn't enough at all. You can hand somebody a supercomputer, but if they don't know how to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[00:03:47.020 --&gt; 00:03:54.720]  </w:t>
      </w:r>
      <w:r>
        <w:rPr>
          <w:rFonts w:ascii="Times New Roman" w:hAnsi="Times New Roman"/>
          <w:sz w:val="20"/>
        </w:rPr>
        <w:t>ask the right questions, then it's just a very expensive paperweight. The chooses. Loop engineering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[00:03:54.720 --&gt; 00:04:05.000]  </w:t>
      </w:r>
      <w:r>
        <w:rPr>
          <w:rFonts w:ascii="Times New Roman" w:hAnsi="Times New Roman"/>
          <w:sz w:val="20"/>
        </w:rPr>
        <w:t>is much more important than the AI itself. We have to fundamentally change how we learn right now.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[00:04:05.600 --&gt; 00:04:13.040]  </w:t>
      </w:r>
      <w:r>
        <w:rPr>
          <w:rFonts w:ascii="Times New Roman" w:hAnsi="Times New Roman"/>
          <w:sz w:val="20"/>
        </w:rPr>
        <w:t>And learning is no longer about acquiring data. Learning is simply mastering the art of learning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[00:04:13.040 --&gt; 00:04:19.300]  </w:t>
      </w:r>
      <w:r>
        <w:rPr>
          <w:rFonts w:ascii="Times New Roman" w:hAnsi="Times New Roman"/>
          <w:sz w:val="20"/>
        </w:rPr>
        <w:t>how to learn. So to bridge this gap, to bridge this gap, I had developed a learning operating system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[00:04:19.300 --&gt; 00:04:27.440]  </w:t>
      </w:r>
      <w:r>
        <w:rPr>
          <w:rFonts w:ascii="Times New Roman" w:hAnsi="Times New Roman"/>
          <w:sz w:val="20"/>
        </w:rPr>
        <w:t>for the AI era. I call it the DynamOS. And unlike operating systems that rely on flashy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[00:04:27.440 --&gt; 00:04:36.660]  </w:t>
      </w:r>
      <w:r>
        <w:rPr>
          <w:rFonts w:ascii="Times New Roman" w:hAnsi="Times New Roman"/>
          <w:sz w:val="20"/>
        </w:rPr>
        <w:t>interfaces, this one delivers results through a core concept, I call the R.U.A. method. It stands for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[00:04:36.940 --&gt; 00:04:48.140]  </w:t>
      </w:r>
      <w:r>
        <w:rPr>
          <w:rFonts w:ascii="Times New Roman" w:hAnsi="Times New Roman"/>
          <w:sz w:val="20"/>
        </w:rPr>
        <w:t>recognized, understand, and apply. Fast to recognize, in the past, learning meant staring at a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[00:04:48.140 --&gt; 00:04:55.360]  </w:t>
      </w:r>
      <w:r>
        <w:rPr>
          <w:rFonts w:ascii="Times New Roman" w:hAnsi="Times New Roman"/>
          <w:sz w:val="20"/>
        </w:rPr>
        <w:t>textbook chapter. But today, recognizing means identifying the core boundaries of your learning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[00:04:55.360 --&gt; 00:05:03.680]  </w:t>
      </w:r>
      <w:r>
        <w:rPr>
          <w:rFonts w:ascii="Times New Roman" w:hAnsi="Times New Roman"/>
          <w:sz w:val="20"/>
        </w:rPr>
        <w:t>target so you can prompt the AI correctly. It's the art of asking the right questions. For example,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[00:05:04.240 --&gt; 00:05:11.540]  </w:t>
      </w:r>
      <w:r>
        <w:rPr>
          <w:rFonts w:ascii="Times New Roman" w:hAnsi="Times New Roman"/>
          <w:sz w:val="20"/>
        </w:rPr>
        <w:t>when learning a new word, it don't just want us for definition. The AI to recognize the meaning,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[00:05:11.920 --&gt; 00:05:19.260]  </w:t>
      </w:r>
      <w:r>
        <w:rPr>
          <w:rFonts w:ascii="Times New Roman" w:hAnsi="Times New Roman"/>
          <w:sz w:val="20"/>
        </w:rPr>
        <w:t>form, and pronunciation. The main gap between you and your learning target.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[00:05:20.980 --&gt; 00:05:30.120]  </w:t>
      </w:r>
      <w:r>
        <w:rPr>
          <w:rFonts w:ascii="Times New Roman" w:hAnsi="Times New Roman"/>
          <w:sz w:val="20"/>
        </w:rPr>
        <w:t>And second, to understand, this is where you synthesize. AI is not perfect. It hallucinates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[00:05:30.120 --&gt; 00:05:36.540]  </w:t>
      </w:r>
      <w:r>
        <w:rPr>
          <w:rFonts w:ascii="Times New Roman" w:hAnsi="Times New Roman"/>
          <w:sz w:val="20"/>
        </w:rPr>
        <w:t>when given ambiguous prompts. So understanding is not just memorizing intrinsic meanings.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[00:05:37.140 --&gt; 00:05:43.080]  </w:t>
      </w:r>
      <w:r>
        <w:rPr>
          <w:rFonts w:ascii="Times New Roman" w:hAnsi="Times New Roman"/>
          <w:sz w:val="20"/>
        </w:rPr>
        <w:t>It's grasping contextual application. AI can explain quantum physics to you like a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[00:05:43.080 --&gt; 00:06:00.100]  </w:t>
      </w:r>
      <w:r>
        <w:rPr>
          <w:rFonts w:ascii="Times New Roman" w:hAnsi="Times New Roman"/>
          <w:sz w:val="20"/>
        </w:rPr>
        <w:t>5-year-old or like a PhD student. It can adjust its tone, offering a gentle suggestion, playful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[00:06:00.100 --&gt; 00:06:04.660]  </w:t>
      </w:r>
      <w:r>
        <w:rPr>
          <w:rFonts w:ascii="Times New Roman" w:hAnsi="Times New Roman"/>
          <w:sz w:val="20"/>
        </w:rPr>
        <w:t>and that dial until the concept clicks in in your specific human brain.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[00:06:07.200 --&gt; 00:06:13.620]  </w:t>
      </w:r>
      <w:r>
        <w:rPr>
          <w:rFonts w:ascii="Times New Roman" w:hAnsi="Times New Roman"/>
          <w:sz w:val="20"/>
        </w:rPr>
        <w:t>And thirdly, to apply, you execute the knowledge in the real world. You find the friction,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[00:06:14.020 --&gt; 00:06:22.600]  </w:t>
      </w:r>
      <w:r>
        <w:rPr>
          <w:rFonts w:ascii="Times New Roman" w:hAnsi="Times New Roman"/>
          <w:sz w:val="20"/>
        </w:rPr>
        <w:t>because we all know that practice makes perfect. Where did you fail? Where did the AI hallucinate?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[00:06:23.580 --&gt; 00:06:29.940]  </w:t>
      </w:r>
      <w:r>
        <w:rPr>
          <w:rFonts w:ascii="Times New Roman" w:hAnsi="Times New Roman"/>
          <w:sz w:val="20"/>
        </w:rPr>
        <w:t>The AI should be able to analyze your learning gap based on where you currently are and generate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[00:06:30.100 --&gt; 00:06:36.680]  </w:t>
      </w:r>
      <w:r>
        <w:rPr>
          <w:rFonts w:ascii="Times New Roman" w:hAnsi="Times New Roman"/>
          <w:sz w:val="20"/>
        </w:rPr>
        <w:t>a proper practice task. You take the friction, and you feel that right back into the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[00:06:36.680 --&gt; 00:06:45.540]  </w:t>
      </w:r>
      <w:r>
        <w:rPr>
          <w:rFonts w:ascii="Times New Roman" w:hAnsi="Times New Roman"/>
          <w:sz w:val="20"/>
        </w:rPr>
        <w:t>recognized phase to start the cycle again. The AI method isn't a study hack. It's a survival skill.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[00:06:46.040 --&gt; 00:06:50.040]  </w:t>
      </w:r>
      <w:r>
        <w:rPr>
          <w:rFonts w:ascii="Times New Roman" w:hAnsi="Times New Roman"/>
          <w:sz w:val="20"/>
        </w:rPr>
        <w:t>It should be ingrained into our cognitive operating system.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[00:06:53.540 --&gt; 00:06:59.640]  </w:t>
      </w:r>
      <w:r>
        <w:rPr>
          <w:rFonts w:ascii="Times New Roman" w:hAnsi="Times New Roman"/>
          <w:sz w:val="20"/>
        </w:rPr>
        <w:t>One of us started solopreneur a business. I wasn't a coder. I wasn't a marketing guru.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[00:07:00.100 --&gt; 00:07:07.100]  </w:t>
      </w:r>
      <w:r>
        <w:rPr>
          <w:rFonts w:ascii="Times New Roman" w:hAnsi="Times New Roman"/>
          <w:sz w:val="20"/>
        </w:rPr>
        <w:t>But using R.U.A., a partner, was AI to build out my courseware step-by-step.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[00:07:08.480 --&gt; 00:07:15.860]  </w:t>
      </w:r>
      <w:r>
        <w:rPr>
          <w:rFonts w:ascii="Times New Roman" w:hAnsi="Times New Roman"/>
          <w:sz w:val="20"/>
        </w:rPr>
        <w:t>I didn't as AI to do it for me. I asked it to coach me. I asked it to recognize my task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[00:07:15.860 --&gt; 00:07:23.420]  </w:t>
      </w:r>
      <w:r>
        <w:rPr>
          <w:rFonts w:ascii="Times New Roman" w:hAnsi="Times New Roman"/>
          <w:sz w:val="20"/>
        </w:rPr>
        <w:t>understand the market, and then coach me to build the tools I'll be implementing across my classrooms.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[00:07:23.420 --&gt; 00:07:30.820]  </w:t>
      </w:r>
      <w:r>
        <w:rPr>
          <w:rFonts w:ascii="Times New Roman" w:hAnsi="Times New Roman"/>
          <w:sz w:val="20"/>
        </w:rPr>
        <w:t>But I know the AI university students and educators in this room right now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[00:07:30.820 --&gt; 00:07:40.240]  </w:t>
      </w:r>
      <w:r>
        <w:rPr>
          <w:rFonts w:ascii="Times New Roman" w:hAnsi="Times New Roman"/>
          <w:sz w:val="20"/>
        </w:rPr>
        <w:t>were deeply anxious. Administrators, you might be thinking, if students is AI to do their work,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[00:07:40.920 --&gt; 00:07:47.840]  </w:t>
      </w:r>
      <w:r>
        <w:rPr>
          <w:rFonts w:ascii="Times New Roman" w:hAnsi="Times New Roman"/>
          <w:sz w:val="20"/>
        </w:rPr>
        <w:t>the integrity of education is gone. And students, you might be feeling guilty for using these tools,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[00:07:47.840 --&gt; 00:07:55.900]  </w:t>
      </w:r>
      <w:r>
        <w:rPr>
          <w:rFonts w:ascii="Times New Roman" w:hAnsi="Times New Roman"/>
          <w:sz w:val="20"/>
        </w:rPr>
        <w:t>hiding them in the background. But why? When books were appeared, the people tried to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[00:07:55.900 --&gt; 00:07:59.720]  </w:t>
      </w:r>
      <w:r>
        <w:rPr>
          <w:rFonts w:ascii="Times New Roman" w:hAnsi="Times New Roman"/>
          <w:sz w:val="20"/>
        </w:rPr>
        <w:t>hide them because they helped carry knowledge outside of our brain.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[00:08:02.540 --&gt; 00:08:09.260]  </w:t>
      </w:r>
      <w:r>
        <w:rPr>
          <w:rFonts w:ascii="Times New Roman" w:hAnsi="Times New Roman"/>
          <w:sz w:val="20"/>
        </w:rPr>
        <w:t>We need to stop treating AI like a cheating device and start treating it like a cognitive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[00:08:09.260 --&gt; 00:08:15.680]  </w:t>
      </w:r>
      <w:r>
        <w:rPr>
          <w:rFonts w:ascii="Times New Roman" w:hAnsi="Times New Roman"/>
          <w:sz w:val="20"/>
        </w:rPr>
        <w:t>exoskeleton. So when a student uses AI to bypass the apply phase,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[00:08:15.980 --&gt; 00:08:21.800]  </w:t>
      </w:r>
      <w:r>
        <w:rPr>
          <w:rFonts w:ascii="Times New Roman" w:hAnsi="Times New Roman"/>
          <w:sz w:val="20"/>
        </w:rPr>
        <w:t>like just copying and pasting an essay, that is the cocoon, that is passive consumption,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[00:08:22.340 --&gt; 00:08:28.600]  </w:t>
      </w:r>
      <w:r>
        <w:rPr>
          <w:rFonts w:ascii="Times New Roman" w:hAnsi="Times New Roman"/>
          <w:sz w:val="20"/>
        </w:rPr>
        <w:t>but when a student uses the R.U.A. method to debate with an AI, to challenge its logic,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[00:08:29.080 --&gt; 00:08:34.500]  </w:t>
      </w:r>
      <w:r>
        <w:rPr>
          <w:rFonts w:ascii="Times New Roman" w:hAnsi="Times New Roman"/>
          <w:sz w:val="20"/>
        </w:rPr>
        <w:t>to generate five different perspectives on a historical event before running their own synthesis.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[00:08:35.140 --&gt; 00:08:39.700]  </w:t>
      </w:r>
      <w:r>
        <w:rPr>
          <w:rFonts w:ascii="Times New Roman" w:hAnsi="Times New Roman"/>
          <w:sz w:val="20"/>
        </w:rPr>
        <w:t>That is, bridging the gap, and that is active creation.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[00:08:42.400 --&gt; 00:08:48.680]  </w:t>
      </w:r>
      <w:r>
        <w:rPr>
          <w:rFonts w:ascii="Times New Roman" w:hAnsi="Times New Roman"/>
          <w:sz w:val="20"/>
        </w:rPr>
        <w:t>I am a learning architect, so as a learning architect, my job as to design experiences that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[00:08:48.680 --&gt; 00:08:54.100]  </w:t>
      </w:r>
      <w:r>
        <w:rPr>
          <w:rFonts w:ascii="Times New Roman" w:hAnsi="Times New Roman"/>
          <w:sz w:val="20"/>
        </w:rPr>
        <w:t>proved this dynamic works. In fact, I designed one for you today.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[00:08:55.640 --&gt; 00:09:00.600]  </w:t>
      </w:r>
      <w:r>
        <w:rPr>
          <w:rFonts w:ascii="Times New Roman" w:hAnsi="Times New Roman"/>
          <w:sz w:val="20"/>
        </w:rPr>
        <w:t>Everything you have experienced for the last 12 minutes, the structure of the speech,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[00:09:00.600 --&gt; 00:09:06.840]  </w:t>
      </w:r>
      <w:r>
        <w:rPr>
          <w:rFonts w:ascii="Times New Roman" w:hAnsi="Times New Roman"/>
          <w:sz w:val="20"/>
        </w:rPr>
        <w:t>the narrative arc, the pacing, even the core outline I submitted to the TEDx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[00:09:06.840 --&gt; 00:09:13.540]  </w:t>
      </w:r>
      <w:r>
        <w:rPr>
          <w:rFonts w:ascii="Times New Roman" w:hAnsi="Times New Roman"/>
          <w:sz w:val="20"/>
        </w:rPr>
        <w:t>organizes, was not created by me sitting alone in a dark room, staring at a blank document.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[00:09:14.300 --&gt; 00:09:23.880]  </w:t>
      </w:r>
      <w:r>
        <w:rPr>
          <w:rFonts w:ascii="Times New Roman" w:hAnsi="Times New Roman"/>
          <w:sz w:val="20"/>
        </w:rPr>
        <w:t>It was co-architected with my AI agents. So I found the AI the raw and vulnerable materials of my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[00:09:24.680 --&gt; 00:09:31.080]  </w:t>
      </w:r>
      <w:r>
        <w:rPr>
          <w:rFonts w:ascii="Times New Roman" w:hAnsi="Times New Roman"/>
          <w:sz w:val="20"/>
        </w:rPr>
        <w:t>burnout in Chengdu, my transition to a solopreneur, the mechanics of the R.U.A. method,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[00:09:31.820 --&gt; 00:09:38.300]  </w:t>
      </w:r>
      <w:r>
        <w:rPr>
          <w:rFonts w:ascii="Times New Roman" w:hAnsi="Times New Roman"/>
          <w:sz w:val="20"/>
        </w:rPr>
        <w:t>and I acted as a human strategist, given that the strict parameters of the TEDx format,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[00:09:39.280 --&gt; 00:09:44.420]  </w:t>
      </w:r>
      <w:r>
        <w:rPr>
          <w:rFonts w:ascii="Times New Roman" w:hAnsi="Times New Roman"/>
          <w:sz w:val="20"/>
        </w:rPr>
        <w:t>and then the AI acted as a computational engine, helping me structure the data.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[00:09:45.080 --&gt; 00:09:53.960]  </w:t>
      </w:r>
      <w:r>
        <w:rPr>
          <w:rFonts w:ascii="Times New Roman" w:hAnsi="Times New Roman"/>
          <w:sz w:val="20"/>
        </w:rPr>
        <w:t>In fact, the entire RA, the whole process can be embedded into a single prompt, an AI agent,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[00:09:54.580 --&gt; 00:10:01.720]  </w:t>
      </w:r>
      <w:r>
        <w:rPr>
          <w:rFonts w:ascii="Times New Roman" w:hAnsi="Times New Roman"/>
          <w:sz w:val="20"/>
        </w:rPr>
        <w:t>or a building logic behind any application. So I recognize the target. We understood the context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[00:10:01.720 --&gt; 00:10:09.980]  </w:t>
      </w:r>
      <w:r>
        <w:rPr>
          <w:rFonts w:ascii="Times New Roman" w:hAnsi="Times New Roman"/>
          <w:sz w:val="20"/>
        </w:rPr>
        <w:t>and today, on this stage, I am applying it. I hope this can be the proof. The proof of the synergy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[00:10:09.980 --&gt; 00:10:17.180]  </w:t>
      </w:r>
      <w:r>
        <w:rPr>
          <w:rFonts w:ascii="Times New Roman" w:hAnsi="Times New Roman"/>
          <w:sz w:val="20"/>
        </w:rPr>
        <w:t>of human vulnerability and strategic direction combined with AI's massive computational power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[00:10:17.960 --&gt; 00:10:23.580]  </w:t>
      </w:r>
      <w:r>
        <w:rPr>
          <w:rFonts w:ascii="Times New Roman" w:hAnsi="Times New Roman"/>
          <w:sz w:val="20"/>
        </w:rPr>
        <w:t>creates a far superior outcome that either of us working in isolation.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[00:10:26.620 --&gt; 00:10:32.300]  </w:t>
      </w:r>
      <w:r>
        <w:rPr>
          <w:rFonts w:ascii="Times New Roman" w:hAnsi="Times New Roman"/>
          <w:sz w:val="20"/>
        </w:rPr>
        <w:t>We are standing at the edge of the greatest educational revolution in human history right now,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[00:10:33.460 --&gt; 00:10:37.820]  </w:t>
      </w:r>
      <w:r>
        <w:rPr>
          <w:rFonts w:ascii="Times New Roman" w:hAnsi="Times New Roman"/>
          <w:sz w:val="20"/>
        </w:rPr>
        <w:t>but technology alone will not save us from the information cocoon.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[00:10:38.560 --&gt; 00:10:46.740]  </w:t>
      </w:r>
      <w:r>
        <w:rPr>
          <w:rFonts w:ascii="Times New Roman" w:hAnsi="Times New Roman"/>
          <w:sz w:val="20"/>
        </w:rPr>
        <w:t>Only a shift in our identity will do that. So to the students in the room, stop being passive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[00:10:46.740 --&gt; 00:10:53.960]  </w:t>
      </w:r>
      <w:r>
        <w:rPr>
          <w:rFonts w:ascii="Times New Roman" w:hAnsi="Times New Roman"/>
          <w:sz w:val="20"/>
        </w:rPr>
        <w:t>consumers, stop letting the system spoon-feed you the data that you will forget the day after the exam,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[00:10:55.020 --&gt; 00:11:02.240]  </w:t>
      </w:r>
      <w:r>
        <w:rPr>
          <w:rFonts w:ascii="Times New Roman" w:hAnsi="Times New Roman"/>
          <w:sz w:val="20"/>
        </w:rPr>
        <w:t>step outside the box, use these tools to challenge your mind and become the architect of your own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[00:11:02.800 --&gt; 00:11:09.800]  </w:t>
      </w:r>
      <w:r>
        <w:rPr>
          <w:rFonts w:ascii="Times New Roman" w:hAnsi="Times New Roman"/>
          <w:sz w:val="20"/>
        </w:rPr>
        <w:t>education. And to my fellow educators, please step down from the podium, relinquish the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[00:11:09.800 --&gt; 00:11:16.080]  </w:t>
      </w:r>
      <w:r>
        <w:rPr>
          <w:rFonts w:ascii="Times New Roman" w:hAnsi="Times New Roman"/>
          <w:sz w:val="20"/>
        </w:rPr>
        <w:t>heavy exhausting burden of being the content provider. Your students don't need you to be a textbook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[00:11:16.080 --&gt; 00:11:23.440]  </w:t>
      </w:r>
      <w:r>
        <w:rPr>
          <w:rFonts w:ascii="Times New Roman" w:hAnsi="Times New Roman"/>
          <w:sz w:val="20"/>
        </w:rPr>
        <w:t>anymore, and they need you to be a human. They need your empathy, your mentorship, and your coating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[00:11:23.440 --&gt; 00:11:29.520]  </w:t>
      </w:r>
      <w:r>
        <w:rPr>
          <w:rFonts w:ascii="Times New Roman" w:hAnsi="Times New Roman"/>
          <w:sz w:val="20"/>
        </w:rPr>
        <w:t>to help them navigate in the world that is changing faster than ever before.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[00:11:32.080 --&gt; 00:11:37.500]  </w:t>
      </w:r>
      <w:r>
        <w:rPr>
          <w:rFonts w:ascii="Times New Roman" w:hAnsi="Times New Roman"/>
          <w:sz w:val="20"/>
        </w:rPr>
        <w:t>Learning is and always will be simply about learning how to learn.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[00:11:38.460 --&gt; 00:11:43.100]  </w:t>
      </w:r>
      <w:r>
        <w:rPr>
          <w:rFonts w:ascii="Times New Roman" w:hAnsi="Times New Roman"/>
          <w:sz w:val="20"/>
        </w:rPr>
        <w:t>So why don't we let AI handle the data and let us handle the humanity?</w:t>
      </w:r>
    </w:p>
    <w:p>
      <w:pPr>
        <w:spacing w:after="120" w:line="312" w:lineRule="auto"/>
      </w:pPr>
      <w:r>
        <w:rPr>
          <w:rFonts w:ascii="Courier New" w:hAnsi="Courier New"/>
          <w:sz w:val="16"/>
        </w:rPr>
        <w:t xml:space="preserve">[00:11:44.840 --&gt; 00:11:45.420]  </w:t>
      </w:r>
      <w:r>
        <w:rPr>
          <w:rFonts w:ascii="Times New Roman" w:hAnsi="Times New Roman"/>
          <w:sz w:val="20"/>
        </w:rPr>
        <w:t>Thank you.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